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E959ED"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959ED" w:rsidRDefault="00697EB2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t xml:space="preserve">   </w:t>
            </w:r>
            <w:r>
              <w:rPr>
                <w:noProof/>
              </w:rPr>
              <w:drawing>
                <wp:inline distT="0" distB="0" distL="0" distR="0" wp14:anchorId="746CAD96" wp14:editId="084C4610">
                  <wp:extent cx="1066800" cy="1322705"/>
                  <wp:effectExtent l="0" t="0" r="0" b="0"/>
                  <wp:docPr id="3" name="Slika 3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Slika 2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3227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t xml:space="preserve">                                          </w:t>
            </w:r>
            <w:r>
              <w:rPr>
                <w:noProof/>
              </w:rPr>
              <w:drawing>
                <wp:inline distT="0" distB="0" distL="0" distR="0" wp14:anchorId="7E6FB5B9" wp14:editId="1E9B6BCD">
                  <wp:extent cx="658636" cy="720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0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636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27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</w:tcPr>
          <w:p w:rsidR="00E959ED" w:rsidRDefault="005D20B1">
            <w:pPr>
              <w:jc w:val="center"/>
              <w:rPr>
                <w:rFonts w:hint="eastAsia"/>
              </w:rPr>
            </w:pPr>
            <w:r>
              <w:rPr>
                <w:noProof/>
              </w:rPr>
              <w:drawing>
                <wp:inline distT="0" distB="0" distL="0" distR="0">
                  <wp:extent cx="1229602" cy="720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_1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9602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959ED" w:rsidRDefault="005D20B1">
      <w:pPr>
        <w:spacing w:before="60" w:after="20"/>
        <w:jc w:val="center"/>
        <w:rPr>
          <w:rFonts w:hint="eastAsia"/>
        </w:rPr>
      </w:pPr>
      <w:r>
        <w:rPr>
          <w:b/>
          <w:color w:val="315C46"/>
          <w:sz w:val="22"/>
        </w:rPr>
        <w:t>PLANINSKO DRUŠTVO DOVJE - MOJSTRANA</w:t>
      </w:r>
    </w:p>
    <w:p w:rsidR="00E959ED" w:rsidRDefault="005D20B1">
      <w:pPr>
        <w:spacing w:after="100"/>
        <w:jc w:val="center"/>
        <w:rPr>
          <w:rFonts w:hint="eastAsia"/>
        </w:rPr>
      </w:pPr>
      <w:r>
        <w:rPr>
          <w:b/>
          <w:color w:val="C94C3D"/>
          <w:sz w:val="20"/>
        </w:rPr>
        <w:t>MLADINSKI ODSEK</w:t>
      </w:r>
    </w:p>
    <w:p w:rsidR="00E959ED" w:rsidRDefault="005D20B1">
      <w:pPr>
        <w:spacing w:before="40" w:after="0"/>
        <w:jc w:val="center"/>
        <w:rPr>
          <w:rFonts w:hint="eastAsia"/>
        </w:rPr>
      </w:pPr>
      <w:r>
        <w:rPr>
          <w:b/>
          <w:color w:val="6A7E70"/>
          <w:sz w:val="30"/>
        </w:rPr>
        <w:t>VABILO NA</w:t>
      </w:r>
    </w:p>
    <w:p w:rsidR="00E959ED" w:rsidRDefault="005D20B1">
      <w:pPr>
        <w:spacing w:after="60"/>
        <w:jc w:val="center"/>
        <w:rPr>
          <w:rFonts w:hint="eastAsia"/>
        </w:rPr>
      </w:pPr>
      <w:r>
        <w:rPr>
          <w:b/>
          <w:color w:val="214F3D"/>
          <w:sz w:val="60"/>
        </w:rPr>
        <w:t>DEBELO PEČ</w:t>
      </w:r>
    </w:p>
    <w:p w:rsidR="00E959ED" w:rsidRDefault="005D20B1">
      <w:pPr>
        <w:spacing w:after="160"/>
        <w:jc w:val="center"/>
        <w:rPr>
          <w:rFonts w:hint="eastAsia"/>
        </w:rPr>
      </w:pPr>
      <w:r>
        <w:rPr>
          <w:b/>
          <w:color w:val="D55B45"/>
          <w:sz w:val="28"/>
        </w:rPr>
        <w:t>nedelja, 11. oktober 2026  •  2014 m</w:t>
      </w:r>
    </w:p>
    <w:tbl>
      <w:tblPr>
        <w:tblW w:w="0" w:type="auto"/>
        <w:tblBorders>
          <w:top w:val="single" w:sz="12" w:space="0" w:color="FFFFFF"/>
          <w:left w:val="single" w:sz="12" w:space="0" w:color="FFFFFF"/>
          <w:bottom w:val="single" w:sz="12" w:space="0" w:color="FFFFFF"/>
          <w:right w:val="single" w:sz="12" w:space="0" w:color="FFFFFF"/>
          <w:insideH w:val="single" w:sz="12" w:space="0" w:color="FFFFFF"/>
          <w:insideV w:val="single" w:sz="12" w:space="0" w:color="FFFFFF"/>
        </w:tblBorders>
        <w:tblLayout w:type="fixed"/>
        <w:tblLook w:val="04A0" w:firstRow="1" w:lastRow="0" w:firstColumn="1" w:lastColumn="0" w:noHBand="0" w:noVBand="1"/>
      </w:tblPr>
      <w:tblGrid>
        <w:gridCol w:w="5270"/>
        <w:gridCol w:w="5270"/>
      </w:tblGrid>
      <w:tr w:rsidR="00E959ED">
        <w:tc>
          <w:tcPr>
            <w:tcW w:w="5270" w:type="dxa"/>
            <w:shd w:val="clear" w:color="auto" w:fill="EEF5F0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:rsidR="00E959ED" w:rsidRDefault="005D20B1">
            <w:pPr>
              <w:spacing w:after="20"/>
              <w:rPr>
                <w:rFonts w:hint="eastAsia"/>
              </w:rPr>
            </w:pPr>
            <w:r>
              <w:rPr>
                <w:b/>
                <w:color w:val="D55B45"/>
                <w:sz w:val="18"/>
              </w:rPr>
              <w:t>ZBOR</w:t>
            </w:r>
          </w:p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274B3B"/>
                <w:sz w:val="20"/>
              </w:rPr>
              <w:t>7.30 pred OŠ v Mojstrani</w:t>
            </w:r>
          </w:p>
        </w:tc>
        <w:tc>
          <w:tcPr>
            <w:tcW w:w="5270" w:type="dxa"/>
            <w:shd w:val="clear" w:color="auto" w:fill="EEF5F0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:rsidR="00E959ED" w:rsidRDefault="005D20B1">
            <w:pPr>
              <w:spacing w:after="20"/>
              <w:rPr>
                <w:rFonts w:hint="eastAsia"/>
              </w:rPr>
            </w:pPr>
            <w:r>
              <w:rPr>
                <w:b/>
                <w:color w:val="D55B45"/>
                <w:sz w:val="18"/>
              </w:rPr>
              <w:t>PREVOZ</w:t>
            </w:r>
          </w:p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274B3B"/>
                <w:sz w:val="20"/>
              </w:rPr>
              <w:t>s kombijem PD do Pokljuke</w:t>
            </w:r>
          </w:p>
        </w:tc>
      </w:tr>
      <w:tr w:rsidR="00E959ED">
        <w:tc>
          <w:tcPr>
            <w:tcW w:w="5270" w:type="dxa"/>
            <w:shd w:val="clear" w:color="auto" w:fill="EEF5F0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:rsidR="00E959ED" w:rsidRDefault="005D20B1">
            <w:pPr>
              <w:spacing w:after="20"/>
              <w:rPr>
                <w:rFonts w:hint="eastAsia"/>
              </w:rPr>
            </w:pPr>
            <w:r>
              <w:rPr>
                <w:b/>
                <w:color w:val="D55B45"/>
                <w:sz w:val="18"/>
              </w:rPr>
              <w:t>POT</w:t>
            </w:r>
          </w:p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274B3B"/>
                <w:sz w:val="20"/>
              </w:rPr>
              <w:t>Pri Rupah • Blejska koča • Debela peč</w:t>
            </w:r>
          </w:p>
        </w:tc>
        <w:tc>
          <w:tcPr>
            <w:tcW w:w="5270" w:type="dxa"/>
            <w:shd w:val="clear" w:color="auto" w:fill="EEF5F0"/>
            <w:tcMar>
              <w:top w:w="130" w:type="dxa"/>
              <w:left w:w="160" w:type="dxa"/>
              <w:bottom w:w="130" w:type="dxa"/>
              <w:right w:w="160" w:type="dxa"/>
            </w:tcMar>
            <w:vAlign w:val="center"/>
          </w:tcPr>
          <w:p w:rsidR="00E959ED" w:rsidRDefault="005D20B1">
            <w:pPr>
              <w:spacing w:after="20"/>
              <w:rPr>
                <w:rFonts w:hint="eastAsia"/>
              </w:rPr>
            </w:pPr>
            <w:r>
              <w:rPr>
                <w:b/>
                <w:color w:val="D55B45"/>
                <w:sz w:val="18"/>
              </w:rPr>
              <w:t>TURA</w:t>
            </w:r>
          </w:p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274B3B"/>
                <w:sz w:val="20"/>
              </w:rPr>
              <w:t xml:space="preserve">lahka označena pot • 720 m • </w:t>
            </w:r>
            <w:r>
              <w:rPr>
                <w:b/>
                <w:color w:val="274B3B"/>
                <w:sz w:val="20"/>
              </w:rPr>
              <w:t>4–5 ur hoje</w:t>
            </w:r>
          </w:p>
        </w:tc>
      </w:tr>
    </w:tbl>
    <w:p w:rsidR="00E959ED" w:rsidRDefault="005D20B1">
      <w:pPr>
        <w:spacing w:before="140" w:after="60"/>
        <w:rPr>
          <w:rFonts w:hint="eastAsia"/>
        </w:rPr>
      </w:pPr>
      <w:r>
        <w:rPr>
          <w:b/>
          <w:color w:val="214F3D"/>
          <w:sz w:val="28"/>
        </w:rPr>
        <w:t>KAJ POTREBUJEŠ?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5270"/>
        <w:gridCol w:w="5270"/>
        <w:gridCol w:w="100"/>
      </w:tblGrid>
      <w:tr w:rsidR="00E959ED">
        <w:tc>
          <w:tcPr>
            <w:tcW w:w="52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nahrbtnik in planinske čevlje</w:t>
            </w:r>
          </w:p>
        </w:tc>
        <w:tc>
          <w:tcPr>
            <w:tcW w:w="527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malico in dovolj tekočine</w:t>
            </w:r>
          </w:p>
        </w:tc>
      </w:tr>
      <w:tr w:rsidR="00E959ED">
        <w:tc>
          <w:tcPr>
            <w:tcW w:w="52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vremenu primerna ter rezervna oblačila</w:t>
            </w:r>
          </w:p>
        </w:tc>
        <w:tc>
          <w:tcPr>
            <w:tcW w:w="527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sončna očala</w:t>
            </w:r>
          </w:p>
        </w:tc>
      </w:tr>
      <w:tr w:rsidR="00E959ED">
        <w:tc>
          <w:tcPr>
            <w:tcW w:w="52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zaščito pred dežjem</w:t>
            </w:r>
          </w:p>
        </w:tc>
        <w:tc>
          <w:tcPr>
            <w:tcW w:w="5270" w:type="dxa"/>
            <w:gridSpan w:val="2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planinski dnevnik in dobro voljo</w:t>
            </w:r>
          </w:p>
        </w:tc>
      </w:tr>
      <w:tr w:rsidR="00E959ED">
        <w:tc>
          <w:tcPr>
            <w:tcW w:w="527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E959ED" w:rsidRDefault="005D20B1">
            <w:pPr>
              <w:spacing w:after="0"/>
              <w:rPr>
                <w:rFonts w:hint="eastAsia"/>
              </w:rPr>
            </w:pPr>
            <w:r>
              <w:rPr>
                <w:b/>
                <w:color w:val="D55B45"/>
              </w:rPr>
              <w:t>✓</w:t>
            </w:r>
            <w:r>
              <w:rPr>
                <w:b/>
                <w:color w:val="D55B45"/>
              </w:rPr>
              <w:t xml:space="preserve">  </w:t>
            </w:r>
            <w:r>
              <w:rPr>
                <w:sz w:val="19"/>
              </w:rPr>
              <w:t>kapo in tanke rokavice</w:t>
            </w:r>
          </w:p>
        </w:tc>
        <w:tc>
          <w:tcPr>
            <w:tcW w:w="5270" w:type="dxa"/>
            <w:gridSpan w:val="2"/>
          </w:tcPr>
          <w:p w:rsidR="00E959ED" w:rsidRDefault="00E959ED">
            <w:pPr>
              <w:rPr>
                <w:rFonts w:hint="eastAsia"/>
              </w:rPr>
            </w:pPr>
          </w:p>
        </w:tc>
      </w:tr>
      <w:tr w:rsidR="00E959ED">
        <w:trPr>
          <w:gridAfter w:val="1"/>
          <w:wAfter w:w="100" w:type="dxa"/>
        </w:trPr>
        <w:tc>
          <w:tcPr>
            <w:tcW w:w="10540" w:type="dxa"/>
            <w:gridSpan w:val="2"/>
            <w:shd w:val="clear" w:color="auto" w:fill="F8EEE9"/>
            <w:tcMar>
              <w:top w:w="150" w:type="dxa"/>
              <w:left w:w="180" w:type="dxa"/>
              <w:bottom w:w="150" w:type="dxa"/>
              <w:right w:w="180" w:type="dxa"/>
            </w:tcMar>
          </w:tcPr>
          <w:p w:rsidR="00697EB2" w:rsidRDefault="00697EB2" w:rsidP="00697EB2">
            <w:pPr>
              <w:spacing w:before="100" w:after="40"/>
              <w:jc w:val="center"/>
              <w:rPr>
                <w:rFonts w:hint="eastAsia"/>
              </w:rPr>
            </w:pPr>
            <w:r>
              <w:rPr>
                <w:color w:val="4B5B52"/>
                <w:sz w:val="19"/>
              </w:rPr>
              <w:t xml:space="preserve">V </w:t>
            </w:r>
            <w:proofErr w:type="spellStart"/>
            <w:r>
              <w:rPr>
                <w:color w:val="4B5B52"/>
                <w:sz w:val="19"/>
              </w:rPr>
              <w:t>primeru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slabe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vremenske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napovedi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bomo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izlet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prestavili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ali</w:t>
            </w:r>
            <w:proofErr w:type="spellEnd"/>
            <w:r>
              <w:rPr>
                <w:color w:val="4B5B52"/>
                <w:sz w:val="19"/>
              </w:rPr>
              <w:t xml:space="preserve"> </w:t>
            </w:r>
            <w:proofErr w:type="spellStart"/>
            <w:r>
              <w:rPr>
                <w:color w:val="4B5B52"/>
                <w:sz w:val="19"/>
              </w:rPr>
              <w:t>izbrali</w:t>
            </w:r>
            <w:proofErr w:type="spellEnd"/>
            <w:r>
              <w:rPr>
                <w:color w:val="4B5B52"/>
                <w:sz w:val="19"/>
              </w:rPr>
              <w:t xml:space="preserve"> drug </w:t>
            </w:r>
            <w:proofErr w:type="spellStart"/>
            <w:r>
              <w:rPr>
                <w:color w:val="4B5B52"/>
                <w:sz w:val="19"/>
              </w:rPr>
              <w:t>cilj</w:t>
            </w:r>
            <w:proofErr w:type="spellEnd"/>
            <w:r>
              <w:rPr>
                <w:color w:val="4B5B52"/>
                <w:sz w:val="19"/>
              </w:rPr>
              <w:t>.</w:t>
            </w:r>
          </w:p>
          <w:p w:rsidR="00697EB2" w:rsidRDefault="00697EB2" w:rsidP="00697EB2">
            <w:pPr>
              <w:spacing w:after="140"/>
              <w:jc w:val="center"/>
              <w:rPr>
                <w:rFonts w:hint="eastAsia"/>
              </w:rPr>
            </w:pPr>
            <w:r>
              <w:rPr>
                <w:b/>
                <w:color w:val="4B5B52"/>
                <w:sz w:val="19"/>
              </w:rPr>
              <w:t xml:space="preserve">O </w:t>
            </w:r>
            <w:proofErr w:type="spellStart"/>
            <w:r>
              <w:rPr>
                <w:b/>
                <w:color w:val="4B5B52"/>
                <w:sz w:val="19"/>
              </w:rPr>
              <w:t>spremembah</w:t>
            </w:r>
            <w:proofErr w:type="spellEnd"/>
            <w:r>
              <w:rPr>
                <w:b/>
                <w:color w:val="4B5B52"/>
                <w:sz w:val="19"/>
              </w:rPr>
              <w:t xml:space="preserve"> </w:t>
            </w:r>
            <w:proofErr w:type="spellStart"/>
            <w:r>
              <w:rPr>
                <w:b/>
                <w:color w:val="4B5B52"/>
                <w:sz w:val="19"/>
              </w:rPr>
              <w:t>boste</w:t>
            </w:r>
            <w:proofErr w:type="spellEnd"/>
            <w:r>
              <w:rPr>
                <w:b/>
                <w:color w:val="4B5B52"/>
                <w:sz w:val="19"/>
              </w:rPr>
              <w:t xml:space="preserve"> </w:t>
            </w:r>
            <w:proofErr w:type="spellStart"/>
            <w:r>
              <w:rPr>
                <w:b/>
                <w:color w:val="4B5B52"/>
                <w:sz w:val="19"/>
              </w:rPr>
              <w:t>pravočasno</w:t>
            </w:r>
            <w:proofErr w:type="spellEnd"/>
            <w:r>
              <w:rPr>
                <w:b/>
                <w:color w:val="4B5B52"/>
                <w:sz w:val="19"/>
              </w:rPr>
              <w:t xml:space="preserve"> </w:t>
            </w:r>
            <w:proofErr w:type="spellStart"/>
            <w:r>
              <w:rPr>
                <w:b/>
                <w:color w:val="4B5B52"/>
                <w:sz w:val="19"/>
              </w:rPr>
              <w:t>obveščeni</w:t>
            </w:r>
            <w:proofErr w:type="spellEnd"/>
            <w:r>
              <w:rPr>
                <w:b/>
                <w:color w:val="4B5B52"/>
                <w:sz w:val="19"/>
              </w:rPr>
              <w:t>.</w:t>
            </w:r>
          </w:p>
          <w:p w:rsidR="00E959ED" w:rsidRDefault="00E959ED" w:rsidP="00697EB2">
            <w:pPr>
              <w:spacing w:after="0"/>
              <w:rPr>
                <w:rFonts w:hint="eastAsia"/>
              </w:rPr>
            </w:pPr>
          </w:p>
        </w:tc>
      </w:tr>
    </w:tbl>
    <w:p w:rsidR="00E959ED" w:rsidRDefault="00E959ED">
      <w:pPr>
        <w:spacing w:after="140"/>
        <w:jc w:val="center"/>
        <w:rPr>
          <w:rFonts w:hint="eastAsi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0540"/>
      </w:tblGrid>
      <w:tr w:rsidR="00E959ED">
        <w:tc>
          <w:tcPr>
            <w:tcW w:w="10540" w:type="dxa"/>
            <w:shd w:val="clear" w:color="auto" w:fill="214F3D"/>
            <w:tcMar>
              <w:top w:w="180" w:type="dxa"/>
              <w:left w:w="200" w:type="dxa"/>
              <w:bottom w:w="180" w:type="dxa"/>
              <w:right w:w="200" w:type="dxa"/>
            </w:tcMar>
          </w:tcPr>
          <w:p w:rsidR="00E959ED" w:rsidRDefault="005D20B1">
            <w:pPr>
              <w:spacing w:after="40"/>
              <w:jc w:val="center"/>
              <w:rPr>
                <w:rFonts w:hint="eastAsia"/>
              </w:rPr>
            </w:pPr>
            <w:r>
              <w:rPr>
                <w:b/>
                <w:color w:val="FFFFFF"/>
                <w:sz w:val="26"/>
              </w:rPr>
              <w:t xml:space="preserve">PRIJAVE DO </w:t>
            </w:r>
            <w:r>
              <w:rPr>
                <w:b/>
                <w:color w:val="FFFFFF"/>
                <w:sz w:val="26"/>
              </w:rPr>
              <w:t>ČETRTKA, 8. OKTOBRA 2026</w:t>
            </w:r>
          </w:p>
          <w:p w:rsidR="00E959ED" w:rsidRDefault="005D20B1">
            <w:pPr>
              <w:spacing w:after="20"/>
              <w:jc w:val="center"/>
              <w:rPr>
                <w:rFonts w:hint="eastAsia"/>
              </w:rPr>
            </w:pPr>
            <w:bookmarkStart w:id="0" w:name="_GoBack"/>
            <w:r>
              <w:rPr>
                <w:b/>
                <w:color w:val="FFFFFF"/>
              </w:rPr>
              <w:t>https://forms.gle/bi7fAXQtPmh8pjTX7</w:t>
            </w:r>
          </w:p>
          <w:bookmarkEnd w:id="0"/>
          <w:p w:rsidR="00E959ED" w:rsidRDefault="005D20B1">
            <w:pPr>
              <w:spacing w:after="0"/>
              <w:jc w:val="center"/>
              <w:rPr>
                <w:rFonts w:hint="eastAsia"/>
              </w:rPr>
            </w:pPr>
            <w:r>
              <w:rPr>
                <w:color w:val="FFFFFF"/>
                <w:sz w:val="19"/>
              </w:rPr>
              <w:t>Informacije: tkordez@gmail.com</w:t>
            </w:r>
          </w:p>
        </w:tc>
      </w:tr>
    </w:tbl>
    <w:p w:rsidR="00E959ED" w:rsidRDefault="005D20B1">
      <w:pPr>
        <w:spacing w:before="100" w:after="0"/>
        <w:jc w:val="center"/>
        <w:rPr>
          <w:rFonts w:hint="eastAsia"/>
        </w:rPr>
      </w:pPr>
      <w:r>
        <w:rPr>
          <w:b/>
          <w:color w:val="D55B45"/>
          <w:sz w:val="24"/>
        </w:rPr>
        <w:t>Vabljeni na jesenski planinski dan!</w:t>
      </w:r>
    </w:p>
    <w:sectPr w:rsidR="00E959ED" w:rsidSect="00034616">
      <w:footerReference w:type="default" r:id="rId11"/>
      <w:pgSz w:w="12240" w:h="15840"/>
      <w:pgMar w:top="709" w:right="850" w:bottom="652" w:left="85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5D20B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:rsidR="00000000" w:rsidRDefault="005D20B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959ED" w:rsidRDefault="005D20B1">
    <w:pPr>
      <w:pStyle w:val="Noga"/>
      <w:jc w:val="center"/>
      <w:rPr>
        <w:rFonts w:hint="eastAsia"/>
      </w:rPr>
    </w:pPr>
    <w:r>
      <w:rPr>
        <w:color w:val="718078"/>
        <w:sz w:val="16"/>
      </w:rPr>
      <w:t>PD Dovje - Mojstrana • Savska cesta 1, 4281 Mojstrana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5D20B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:rsidR="00000000" w:rsidRDefault="005D20B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Otevilense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Otevilense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Oznaenseznam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Oznaenseznam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Otevilense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Oznaenseznam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5D20B1"/>
    <w:rsid w:val="00697EB2"/>
    <w:rsid w:val="00AA1D8D"/>
    <w:rsid w:val="00B47730"/>
    <w:rsid w:val="00CB0664"/>
    <w:rsid w:val="00E959E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783A6A"/>
  <w14:defaultImageDpi w14:val="300"/>
  <w15:docId w15:val="{80BF453D-3F23-4B52-9BDA-C0848ACE8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avaden">
    <w:name w:val="Normal"/>
    <w:qFormat/>
    <w:rsid w:val="00697EB2"/>
    <w:pPr>
      <w:spacing w:after="80"/>
    </w:pPr>
    <w:rPr>
      <w:rFonts w:ascii="Aptos" w:hAnsi="Aptos"/>
      <w:color w:val="2A372F"/>
      <w:sz w:val="21"/>
    </w:rPr>
  </w:style>
  <w:style w:type="paragraph" w:styleId="Naslov1">
    <w:name w:val="heading 1"/>
    <w:basedOn w:val="Navaden"/>
    <w:next w:val="Navaden"/>
    <w:link w:val="Naslov1Znak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18BF"/>
  </w:style>
  <w:style w:type="paragraph" w:styleId="Noga">
    <w:name w:val="footer"/>
    <w:basedOn w:val="Navaden"/>
    <w:link w:val="NogaZnak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E618BF"/>
  </w:style>
  <w:style w:type="paragraph" w:styleId="Brezrazmikov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Znak">
    <w:name w:val="Naslov 1 Znak"/>
    <w:basedOn w:val="Privzetapisavaodstav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Znak">
    <w:name w:val="Naslov 3 Znak"/>
    <w:basedOn w:val="Privzetapisavaodstav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avaden"/>
    <w:next w:val="Navaden"/>
    <w:link w:val="NaslovZnak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Znak">
    <w:name w:val="Naslov Znak"/>
    <w:basedOn w:val="Privzetapisavaodstav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Znak">
    <w:name w:val="Podnaslov Znak"/>
    <w:basedOn w:val="Privzetapisavaodstav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tavekseznama">
    <w:name w:val="List Paragraph"/>
    <w:basedOn w:val="Navaden"/>
    <w:uiPriority w:val="34"/>
    <w:qFormat/>
    <w:rsid w:val="00FC693F"/>
    <w:pPr>
      <w:ind w:left="720"/>
      <w:contextualSpacing/>
    </w:pPr>
  </w:style>
  <w:style w:type="paragraph" w:styleId="Telobesedila">
    <w:name w:val="Body Text"/>
    <w:basedOn w:val="Navaden"/>
    <w:link w:val="TelobesedilaZnak"/>
    <w:uiPriority w:val="99"/>
    <w:unhideWhenUsed/>
    <w:rsid w:val="00AA1D8D"/>
    <w:pPr>
      <w:spacing w:after="120"/>
    </w:pPr>
  </w:style>
  <w:style w:type="character" w:customStyle="1" w:styleId="TelobesedilaZnak">
    <w:name w:val="Telo besedila Znak"/>
    <w:basedOn w:val="Privzetapisavaodstavka"/>
    <w:link w:val="Telobesedila"/>
    <w:uiPriority w:val="99"/>
    <w:rsid w:val="00AA1D8D"/>
  </w:style>
  <w:style w:type="paragraph" w:styleId="Telobesedila2">
    <w:name w:val="Body Text 2"/>
    <w:basedOn w:val="Navaden"/>
    <w:link w:val="Telobesedila2Znak"/>
    <w:uiPriority w:val="99"/>
    <w:unhideWhenUsed/>
    <w:rsid w:val="00AA1D8D"/>
    <w:pPr>
      <w:spacing w:after="120" w:line="480" w:lineRule="auto"/>
    </w:pPr>
  </w:style>
  <w:style w:type="character" w:customStyle="1" w:styleId="Telobesedila2Znak">
    <w:name w:val="Telo besedila 2 Znak"/>
    <w:basedOn w:val="Privzetapisavaodstavka"/>
    <w:link w:val="Telobesedila2"/>
    <w:uiPriority w:val="99"/>
    <w:rsid w:val="00AA1D8D"/>
  </w:style>
  <w:style w:type="paragraph" w:styleId="Telobesedila3">
    <w:name w:val="Body Text 3"/>
    <w:basedOn w:val="Navaden"/>
    <w:link w:val="Telobesedila3Znak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lobesedila3Znak">
    <w:name w:val="Telo besedila 3 Znak"/>
    <w:basedOn w:val="Privzetapisavaodstavka"/>
    <w:link w:val="Telobesedila3"/>
    <w:uiPriority w:val="99"/>
    <w:rsid w:val="00AA1D8D"/>
    <w:rPr>
      <w:sz w:val="16"/>
      <w:szCs w:val="16"/>
    </w:rPr>
  </w:style>
  <w:style w:type="paragraph" w:styleId="Seznam">
    <w:name w:val="List"/>
    <w:basedOn w:val="Navaden"/>
    <w:uiPriority w:val="99"/>
    <w:unhideWhenUsed/>
    <w:rsid w:val="00AA1D8D"/>
    <w:pPr>
      <w:ind w:left="360" w:hanging="360"/>
      <w:contextualSpacing/>
    </w:pPr>
  </w:style>
  <w:style w:type="paragraph" w:styleId="Seznam2">
    <w:name w:val="List 2"/>
    <w:basedOn w:val="Navaden"/>
    <w:uiPriority w:val="99"/>
    <w:unhideWhenUsed/>
    <w:rsid w:val="00326F90"/>
    <w:pPr>
      <w:ind w:left="720" w:hanging="360"/>
      <w:contextualSpacing/>
    </w:pPr>
  </w:style>
  <w:style w:type="paragraph" w:styleId="Seznam3">
    <w:name w:val="List 3"/>
    <w:basedOn w:val="Navaden"/>
    <w:uiPriority w:val="99"/>
    <w:unhideWhenUsed/>
    <w:rsid w:val="00326F90"/>
    <w:pPr>
      <w:ind w:left="1080" w:hanging="360"/>
      <w:contextualSpacing/>
    </w:pPr>
  </w:style>
  <w:style w:type="paragraph" w:styleId="Oznaenseznam">
    <w:name w:val="List Bullet"/>
    <w:basedOn w:val="Navaden"/>
    <w:uiPriority w:val="99"/>
    <w:unhideWhenUsed/>
    <w:rsid w:val="00326F90"/>
    <w:pPr>
      <w:numPr>
        <w:numId w:val="1"/>
      </w:numPr>
      <w:contextualSpacing/>
    </w:pPr>
  </w:style>
  <w:style w:type="paragraph" w:styleId="Oznaenseznam2">
    <w:name w:val="List Bullet 2"/>
    <w:basedOn w:val="Navaden"/>
    <w:uiPriority w:val="99"/>
    <w:unhideWhenUsed/>
    <w:rsid w:val="00326F90"/>
    <w:pPr>
      <w:numPr>
        <w:numId w:val="2"/>
      </w:numPr>
      <w:contextualSpacing/>
    </w:pPr>
  </w:style>
  <w:style w:type="paragraph" w:styleId="Oznaenseznam3">
    <w:name w:val="List Bullet 3"/>
    <w:basedOn w:val="Navaden"/>
    <w:uiPriority w:val="99"/>
    <w:unhideWhenUsed/>
    <w:rsid w:val="00326F90"/>
    <w:pPr>
      <w:numPr>
        <w:numId w:val="3"/>
      </w:numPr>
      <w:contextualSpacing/>
    </w:pPr>
  </w:style>
  <w:style w:type="paragraph" w:styleId="Otevilenseznam">
    <w:name w:val="List Number"/>
    <w:basedOn w:val="Navaden"/>
    <w:uiPriority w:val="99"/>
    <w:unhideWhenUsed/>
    <w:rsid w:val="00326F90"/>
    <w:pPr>
      <w:numPr>
        <w:numId w:val="5"/>
      </w:numPr>
      <w:contextualSpacing/>
    </w:pPr>
  </w:style>
  <w:style w:type="paragraph" w:styleId="Otevilenseznam2">
    <w:name w:val="List Number 2"/>
    <w:basedOn w:val="Navaden"/>
    <w:uiPriority w:val="99"/>
    <w:unhideWhenUsed/>
    <w:rsid w:val="0029639D"/>
    <w:pPr>
      <w:numPr>
        <w:numId w:val="6"/>
      </w:numPr>
      <w:contextualSpacing/>
    </w:pPr>
  </w:style>
  <w:style w:type="paragraph" w:styleId="Otevilenseznam3">
    <w:name w:val="List Number 3"/>
    <w:basedOn w:val="Navaden"/>
    <w:uiPriority w:val="99"/>
    <w:unhideWhenUsed/>
    <w:rsid w:val="0029639D"/>
    <w:pPr>
      <w:numPr>
        <w:numId w:val="7"/>
      </w:numPr>
      <w:contextualSpacing/>
    </w:pPr>
  </w:style>
  <w:style w:type="paragraph" w:styleId="Seznam-nadaljevanje">
    <w:name w:val="List Continue"/>
    <w:basedOn w:val="Navaden"/>
    <w:uiPriority w:val="99"/>
    <w:unhideWhenUsed/>
    <w:rsid w:val="0029639D"/>
    <w:pPr>
      <w:spacing w:after="120"/>
      <w:ind w:left="360"/>
      <w:contextualSpacing/>
    </w:pPr>
  </w:style>
  <w:style w:type="paragraph" w:styleId="Seznam-nadaljevanje2">
    <w:name w:val="List Continue 2"/>
    <w:basedOn w:val="Navaden"/>
    <w:uiPriority w:val="99"/>
    <w:unhideWhenUsed/>
    <w:rsid w:val="0029639D"/>
    <w:pPr>
      <w:spacing w:after="120"/>
      <w:ind w:left="720"/>
      <w:contextualSpacing/>
    </w:pPr>
  </w:style>
  <w:style w:type="paragraph" w:styleId="Seznam-nadaljevanje3">
    <w:name w:val="List Continue 3"/>
    <w:basedOn w:val="Navaden"/>
    <w:uiPriority w:val="99"/>
    <w:unhideWhenUsed/>
    <w:rsid w:val="0029639D"/>
    <w:pPr>
      <w:spacing w:after="120"/>
      <w:ind w:left="1080"/>
      <w:contextualSpacing/>
    </w:pPr>
  </w:style>
  <w:style w:type="paragraph" w:styleId="Makrobesedilo">
    <w:name w:val="macro"/>
    <w:link w:val="MakrobesediloZnak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besediloZnak">
    <w:name w:val="Makro besedilo Znak"/>
    <w:basedOn w:val="Privzetapisavaodstavka"/>
    <w:link w:val="Makrobesedilo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avaden"/>
    <w:next w:val="Navaden"/>
    <w:link w:val="CitatZnak"/>
    <w:uiPriority w:val="29"/>
    <w:qFormat/>
    <w:rsid w:val="00FC693F"/>
    <w:rPr>
      <w:i/>
      <w:iCs/>
      <w:color w:val="000000" w:themeColor="text1"/>
    </w:rPr>
  </w:style>
  <w:style w:type="character" w:customStyle="1" w:styleId="CitatZnak">
    <w:name w:val="Citat Znak"/>
    <w:basedOn w:val="Privzetapisavaodstav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repko">
    <w:name w:val="Strong"/>
    <w:basedOn w:val="Privzetapisavaodstavka"/>
    <w:uiPriority w:val="22"/>
    <w:qFormat/>
    <w:rsid w:val="00FC693F"/>
    <w:rPr>
      <w:b/>
      <w:bCs/>
    </w:rPr>
  </w:style>
  <w:style w:type="character" w:styleId="Poudarek">
    <w:name w:val="Emphasis"/>
    <w:basedOn w:val="Privzetapisavaodstavka"/>
    <w:uiPriority w:val="20"/>
    <w:qFormat/>
    <w:rsid w:val="00FC693F"/>
    <w:rPr>
      <w:i/>
      <w:iCs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FC693F"/>
    <w:rPr>
      <w:b/>
      <w:bCs/>
      <w:i/>
      <w:iCs/>
      <w:color w:val="4F81BD" w:themeColor="accent1"/>
    </w:rPr>
  </w:style>
  <w:style w:type="character" w:styleId="Neenpoudarek">
    <w:name w:val="Subtle Emphasis"/>
    <w:basedOn w:val="Privzetapisavaodstavka"/>
    <w:uiPriority w:val="19"/>
    <w:qFormat/>
    <w:rsid w:val="00FC693F"/>
    <w:rPr>
      <w:i/>
      <w:iCs/>
      <w:color w:val="808080" w:themeColor="text1" w:themeTint="7F"/>
    </w:rPr>
  </w:style>
  <w:style w:type="character" w:styleId="Intenzivenpoudarek">
    <w:name w:val="Intense Emphasis"/>
    <w:basedOn w:val="Privzetapisavaodstavka"/>
    <w:uiPriority w:val="21"/>
    <w:qFormat/>
    <w:rsid w:val="00FC693F"/>
    <w:rPr>
      <w:b/>
      <w:bCs/>
      <w:i/>
      <w:iCs/>
      <w:color w:val="4F81BD" w:themeColor="accent1"/>
    </w:rPr>
  </w:style>
  <w:style w:type="character" w:styleId="Neensklic">
    <w:name w:val="Subtle Reference"/>
    <w:basedOn w:val="Privzetapisavaodstavka"/>
    <w:uiPriority w:val="31"/>
    <w:qFormat/>
    <w:rsid w:val="00FC693F"/>
    <w:rPr>
      <w:smallCaps/>
      <w:color w:val="C0504D" w:themeColor="accent2"/>
      <w:u w:val="single"/>
    </w:rPr>
  </w:style>
  <w:style w:type="character" w:styleId="Intenzivensklic">
    <w:name w:val="Intense Reference"/>
    <w:basedOn w:val="Privzetapisavaodstav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Privzetapisavaodstavka"/>
    <w:uiPriority w:val="33"/>
    <w:qFormat/>
    <w:rsid w:val="00FC693F"/>
    <w:rPr>
      <w:b/>
      <w:bCs/>
      <w:smallCaps/>
      <w:spacing w:val="5"/>
    </w:rPr>
  </w:style>
  <w:style w:type="paragraph" w:styleId="NaslovTOC">
    <w:name w:val="TOC Heading"/>
    <w:basedOn w:val="Naslov1"/>
    <w:next w:val="Navaden"/>
    <w:uiPriority w:val="39"/>
    <w:semiHidden/>
    <w:unhideWhenUsed/>
    <w:qFormat/>
    <w:rsid w:val="00FC693F"/>
    <w:pPr>
      <w:outlineLvl w:val="9"/>
    </w:pPr>
  </w:style>
  <w:style w:type="table" w:styleId="Tabelamrea">
    <w:name w:val="Table Grid"/>
    <w:basedOn w:val="Navadnatabel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osenenje">
    <w:name w:val="Light Shading"/>
    <w:basedOn w:val="Navadnatabel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osenenjepoudarek1">
    <w:name w:val="Light Shading Accent 1"/>
    <w:basedOn w:val="Navadnatabel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osenenjepoudarek2">
    <w:name w:val="Light Shading Accent 2"/>
    <w:basedOn w:val="Navadnatabel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osenenjepoudarek3">
    <w:name w:val="Light Shading Accent 3"/>
    <w:basedOn w:val="Navadnatabel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osenenjepoudarek4">
    <w:name w:val="Light Shading Accent 4"/>
    <w:basedOn w:val="Navadnatabel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osenenjepoudarek5">
    <w:name w:val="Light Shading Accent 5"/>
    <w:basedOn w:val="Navadnatabel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osenenjepoudarek6">
    <w:name w:val="Light Shading Accent 6"/>
    <w:basedOn w:val="Navadnatabel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elseznam">
    <w:name w:val="Light List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elseznampoudarek1">
    <w:name w:val="Light List Accent 1"/>
    <w:basedOn w:val="Navadnatabel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elseznampoudarek2">
    <w:name w:val="Light List Accent 2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elseznampoudarek3">
    <w:name w:val="Light List Accent 3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elseznampoudarek4">
    <w:name w:val="Light List Accent 4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elseznampoudarek5">
    <w:name w:val="Light List Accent 5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elseznampoudarek6">
    <w:name w:val="Light List Accent 6"/>
    <w:basedOn w:val="Navadnatabel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amrea">
    <w:name w:val="Light Grid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amreapoudarek1">
    <w:name w:val="Light Grid Accent 1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amreapoudarek2">
    <w:name w:val="Light Grid Accent 2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amreapoudarek3">
    <w:name w:val="Light Grid Accent 3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amreapoudarek4">
    <w:name w:val="Light Grid Accent 4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amreapoudarek5">
    <w:name w:val="Light Grid Accent 5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amreapoudarek6">
    <w:name w:val="Light Grid Accent 6"/>
    <w:basedOn w:val="Navadnatabel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enenje1">
    <w:name w:val="Medium Shading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1">
    <w:name w:val="Medium Shading 1 Accent 1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2">
    <w:name w:val="Medium Shading 1 Accent 2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3">
    <w:name w:val="Medium Shading 1 Accent 3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4">
    <w:name w:val="Medium Shading 1 Accent 4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5">
    <w:name w:val="Medium Shading 1 Accent 5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1poudarek6">
    <w:name w:val="Medium Shading 1 Accent 6"/>
    <w:basedOn w:val="Navadnatabel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enenje2">
    <w:name w:val="Medium Shading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1">
    <w:name w:val="Medium Shading 2 Accent 1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2">
    <w:name w:val="Medium Shading 2 Accent 2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3">
    <w:name w:val="Medium Shading 2 Accent 3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4">
    <w:name w:val="Medium Shading 2 Accent 4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5">
    <w:name w:val="Medium Shading 2 Accent 5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enenje2poudarek6">
    <w:name w:val="Medium Shading 2 Accent 6"/>
    <w:basedOn w:val="Navadnatabel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seznam1">
    <w:name w:val="Medium Lis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seznam1poudarek1">
    <w:name w:val="Medium List 1 Accent 1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seznam1poudarek2">
    <w:name w:val="Medium List 1 Accent 2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seznam1poudarek3">
    <w:name w:val="Medium List 1 Accent 3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seznam1poudarek4">
    <w:name w:val="Medium List 1 Accent 4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seznam1poudarek5">
    <w:name w:val="Medium List 1 Accent 5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seznam1poudarek6">
    <w:name w:val="Medium List 1 Accent 6"/>
    <w:basedOn w:val="Navadnatabel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seznam2">
    <w:name w:val="Medium Lis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1">
    <w:name w:val="Medium List 2 Accent 1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2">
    <w:name w:val="Medium List 2 Accent 2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3">
    <w:name w:val="Medium List 2 Accent 3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4">
    <w:name w:val="Medium List 2 Accent 4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5">
    <w:name w:val="Medium List 2 Accent 5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seznam2poudarek6">
    <w:name w:val="Medium List 2 Accent 6"/>
    <w:basedOn w:val="Navadnatabel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mrea1">
    <w:name w:val="Medium Grid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mrea1poudarek1">
    <w:name w:val="Medium Grid 1 Accent 1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mrea1poudarek2">
    <w:name w:val="Medium Grid 1 Accent 2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mrea1poudarek3">
    <w:name w:val="Medium Grid 1 Accent 3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mrea1poudarek4">
    <w:name w:val="Medium Grid 1 Accent 4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mrea1poudarek5">
    <w:name w:val="Medium Grid 1 Accent 5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mrea1poudarek6">
    <w:name w:val="Medium Grid 1 Accent 6"/>
    <w:basedOn w:val="Navadnatabel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mrea2">
    <w:name w:val="Medium Grid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1">
    <w:name w:val="Medium Grid 2 Accent 1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2">
    <w:name w:val="Medium Grid 2 Accent 2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3">
    <w:name w:val="Medium Grid 2 Accent 3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4">
    <w:name w:val="Medium Grid 2 Accent 4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5">
    <w:name w:val="Medium Grid 2 Accent 5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2poudarek6">
    <w:name w:val="Medium Grid 2 Accent 6"/>
    <w:basedOn w:val="Navadnatabel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mrea3">
    <w:name w:val="Medium Grid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mrea3poudarek1">
    <w:name w:val="Medium Grid 3 Accent 1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mrea3poudarek2">
    <w:name w:val="Medium Grid 3 Accent 2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mrea3poudarek3">
    <w:name w:val="Medium Grid 3 Accent 3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mrea3poudarek4">
    <w:name w:val="Medium Grid 3 Accent 4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mrea3poudarek5">
    <w:name w:val="Medium Grid 3 Accent 5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mrea3poudarek6">
    <w:name w:val="Medium Grid 3 Accent 6"/>
    <w:basedOn w:val="Navadnatabel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emenseznam">
    <w:name w:val="Dark List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emenseznampoudarek1">
    <w:name w:val="Dark List Accent 1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emenseznampoudarek2">
    <w:name w:val="Dark List Accent 2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emenseznampoudarek3">
    <w:name w:val="Dark List Accent 3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emenseznampoudarek4">
    <w:name w:val="Dark List Accent 4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emenseznampoudarek5">
    <w:name w:val="Dark List Accent 5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emenseznampoudarek6">
    <w:name w:val="Dark List Accent 6"/>
    <w:basedOn w:val="Navadnatabel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Barvnosenenje">
    <w:name w:val="Colorful Shading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1">
    <w:name w:val="Colorful Shading Accent 1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2">
    <w:name w:val="Colorful Shading Accent 2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3">
    <w:name w:val="Colorful Shading Accent 3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osenenjepoudarek4">
    <w:name w:val="Colorful Shading Accent 4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5">
    <w:name w:val="Colorful Shading Accent 5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osenenjepoudarek6">
    <w:name w:val="Colorful Shading Accent 6"/>
    <w:basedOn w:val="Navadnatabel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Barvniseznam">
    <w:name w:val="Colorful List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Barvniseznampoudarek1">
    <w:name w:val="Colorful List Accent 1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Barvniseznampoudarek2">
    <w:name w:val="Colorful List Accent 2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Barvenseznampoudarek3">
    <w:name w:val="Colorful List Accent 3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Barvniseznampoudarek4">
    <w:name w:val="Colorful List Accent 4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Barvniseznampoudarek5">
    <w:name w:val="Colorful List Accent 5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Barvniseznampoudarek6">
    <w:name w:val="Colorful List Accent 6"/>
    <w:basedOn w:val="Navadnatabel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Barvnamrea">
    <w:name w:val="Colorful Grid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Barvnamreapoudarek1">
    <w:name w:val="Colorful Grid Accent 1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Barvnamreapoudarek2">
    <w:name w:val="Colorful Grid Accent 2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Barvnamreapoudarek3">
    <w:name w:val="Colorful Grid Accent 3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Barvnamreapoudarek4">
    <w:name w:val="Colorful Grid Accent 4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Barvnamreapoudarek5">
    <w:name w:val="Colorful Grid Accent 5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Barvnamreapoudarek6">
    <w:name w:val="Colorful Grid Accent 6"/>
    <w:basedOn w:val="Navadnatabel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76F827-0234-4C9E-AE97-94ED8503F0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684</Characters>
  <Application>Microsoft Office Word</Application>
  <DocSecurity>0</DocSecurity>
  <Lines>5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Andreja Hrovat</dc:creator>
  <cp:keywords/>
  <dc:description>generated by python-docx</dc:description>
  <cp:lastModifiedBy>Andreja Hrovat</cp:lastModifiedBy>
  <cp:revision>2</cp:revision>
  <dcterms:created xsi:type="dcterms:W3CDTF">2026-10-03T09:34:00Z</dcterms:created>
  <dcterms:modified xsi:type="dcterms:W3CDTF">2026-10-03T09:34:00Z</dcterms:modified>
  <cp:category/>
</cp:coreProperties>
</file>